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Youan Tah Lou Tanan Charlotte</w:t>
      </w:r>
    </w:p>
    <w:p>
      <w:r>
        <w:t>Adresse : [Votre adresse]</w:t>
      </w:r>
    </w:p>
    <w:p>
      <w:r>
        <w:t>Téléphone : 0758341186</w:t>
      </w:r>
    </w:p>
    <w:p>
      <w:r>
        <w:t>Email : Youantahlou97@gmail.com</w:t>
      </w:r>
    </w:p>
    <w:p/>
    <w:p>
      <w:r>
        <w:t>[Nom de l’entreprise]</w:t>
      </w:r>
    </w:p>
    <w:p>
      <w:r>
        <w:t>[Adresse de l’entreprise]</w:t>
      </w:r>
    </w:p>
    <w:p/>
    <w:p>
      <w:r>
        <w:t>Objet : Candidature – [Nom du poste]</w:t>
      </w:r>
    </w:p>
    <w:p/>
    <w:p>
      <w:r>
        <w:t>Madame, Monsieur,</w:t>
      </w:r>
    </w:p>
    <w:p>
      <w:r>
        <w:t>Diplômée d’un BTS en Finance, Comptabilité et Gestion des Entreprises, je souhaite rejoindre votre équipe en tant que [Nom du poste]. Rigoureuse, dynamique et motivée, je suis prête à apprendre rapidement et à mettre mes compétences au service de vos missions.</w:t>
      </w:r>
    </w:p>
    <w:p>
      <w:r>
        <w:t>Intégrer votre entreprise représente pour moi une réelle opportunité d’évoluer dans un environnement stimulant et d’acquérir de nouvelles compétences au contact de professionnels expérimentés. Je serais ravie de pouvoir vous rencontrer pour vous présenter ma motivation de vive voix.</w:t>
      </w:r>
    </w:p>
    <w:p>
      <w:r>
        <w:t>Je vous remercie pour votre attention et reste à votre disposition pour un entretien.</w:t>
      </w:r>
    </w:p>
    <w:p>
      <w:r>
        <w:t>Cordialement,</w:t>
      </w:r>
    </w:p>
    <w:p>
      <w:r>
        <w:t>Youan Tah Lou Tanan Charlotte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