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Curriculum Vitae - Big Data Engineer / Data Scientist</w:t>
      </w:r>
    </w:p>
    <w:p>
      <w:r>
        <w:t>Nom &amp; Prénom</w:t>
        <w:br/>
        <w:t>📍 Adresse | 📞 Téléphone | 📧 Email | 🔗 LinkedIn / GitHub / Portfolio</w:t>
      </w:r>
    </w:p>
    <w:p>
      <w:pPr>
        <w:pStyle w:val="Heading1"/>
      </w:pPr>
      <w:r>
        <w:t>Profil</w:t>
      </w:r>
    </w:p>
    <w:p>
      <w:r>
        <w:t>Ingénieur Big Data passionné par la gestion et l’analyse de données massives, avec une expertise dans la conception d’architectures de données, le développement de pipelines ETL et la mise en place de modèles prédictifs. Capable de transformer de grands volumes de données en informations exploitables pour soutenir la prise de décision stratégique.</w:t>
      </w:r>
    </w:p>
    <w:p>
      <w:pPr>
        <w:pStyle w:val="Heading1"/>
      </w:pPr>
      <w:r>
        <w:t>Compétences techniques</w:t>
      </w:r>
    </w:p>
    <w:p>
      <w:r>
        <w:t>- Big Data : Hadoop, Spark, Hive, Kafka, HBase, Cassandra</w:t>
        <w:br/>
        <w:t>- Langages : Python, SQL, Scala, Java, R</w:t>
        <w:br/>
        <w:t>- Bases de données : MySQL, PostgreSQL, MongoDB, Oracle</w:t>
        <w:br/>
        <w:t>- Machine Learning / IA : TensorFlow, PyTorch, Scikit-learn, Spark MLlib</w:t>
        <w:br/>
        <w:t>- Data Visualization : Tableau, Power BI, matplotlib, seaborn</w:t>
        <w:br/>
        <w:t>- Cloud &amp; DevOps : AWS (EMR, S3, Redshift), Azure, GCP, Docker, Kubernetes, Git</w:t>
      </w:r>
    </w:p>
    <w:p>
      <w:pPr>
        <w:pStyle w:val="Heading1"/>
      </w:pPr>
      <w:r>
        <w:t>Expériences professionnelles</w:t>
      </w:r>
    </w:p>
    <w:p>
      <w:pPr>
        <w:pStyle w:val="Heading2"/>
      </w:pPr>
      <w:r>
        <w:t>Data Engineer Big Data – Société X (2022 – Présent)</w:t>
      </w:r>
    </w:p>
    <w:p>
      <w:r>
        <w:t>- Conception et optimisation de pipelines ETL pour l’ingestion et le traitement de données massives (Spark, Kafka, Airflow).</w:t>
        <w:br/>
        <w:t>- Mise en place d’architectures distribuées Hadoop et migration vers AWS (S3, Redshift).</w:t>
        <w:br/>
        <w:t>- Amélioration des performances de traitement de données (+30% de rapidité).</w:t>
        <w:br/>
        <w:t>- Déploiement d’un système de monitoring des flux de données en temps réel (Prometheus, Grafana).</w:t>
        <w:br/>
        <w:t>- Automatisation des workflows de traitement grâce à Apache Airflow, réduisant de 25% le temps d’exécution.</w:t>
        <w:br/>
        <w:t>- Mise en œuvre de mécanismes de sécurité et de gouvernance des données (chiffrement, contrôle d’accès).</w:t>
      </w:r>
    </w:p>
    <w:p>
      <w:pPr>
        <w:pStyle w:val="Heading2"/>
      </w:pPr>
      <w:r>
        <w:t>Data Scientist – Société Y (2020 – 2022)</w:t>
      </w:r>
    </w:p>
    <w:p>
      <w:r>
        <w:t>- Développement de modèles prédictifs en Python (scikit-learn, TensorFlow).</w:t>
        <w:br/>
        <w:t>- Analyse exploratoire de données massives pour identifier des tendances clés.</w:t>
        <w:br/>
        <w:t>- Mise en place de dashboards interactifs pour le suivi des indicateurs métier.</w:t>
        <w:br/>
        <w:t>- Création d’un moteur de recommandation basé sur le Machine Learning (collaborative filtering).</w:t>
        <w:br/>
        <w:t>- Mise en production de modèles via des API REST (Flask, FastAPI).</w:t>
        <w:br/>
        <w:t>- Collaboration avec les équipes métier pour transformer les besoins en solutions analytiques exploitables.</w:t>
      </w:r>
    </w:p>
    <w:p>
      <w:pPr>
        <w:pStyle w:val="Heading2"/>
      </w:pPr>
      <w:r>
        <w:t>Stagiaire Big Data &amp; Machine Learning – Projet Universitaire (2019 – 2020)</w:t>
      </w:r>
    </w:p>
    <w:p>
      <w:r>
        <w:t>- Conception d’une plateforme de traitement de données de capteurs IoT avec Spark Streaming et Kafka.</w:t>
        <w:br/>
        <w:t>- Développement d’un modèle de détection d’anomalies sur des séries temporelles (Python, scikit-learn).</w:t>
        <w:br/>
        <w:t>- Stockage et gestion de données massives sur Hadoop HDFS et Cassandra.</w:t>
        <w:br/>
        <w:t>- Réalisation de visualisations interactives pour présenter les résultats aux encadrants (Tableau, matplotlib).</w:t>
        <w:br/>
        <w:t>- Mise en œuvre d’une API interne permettant l’accès aux données traitées en temps réel.</w:t>
      </w:r>
    </w:p>
    <w:p>
      <w:pPr>
        <w:pStyle w:val="Heading1"/>
      </w:pPr>
      <w:r>
        <w:t>Formation</w:t>
      </w:r>
    </w:p>
    <w:p>
      <w:r>
        <w:t>- Master Big Data &amp; Intelligence Artificielle – Université [Nom] (2018 – 2020)</w:t>
        <w:br/>
        <w:t>- Licence Informatique / Développement d’Applications – Université [Nom] (2015 – 2018)</w:t>
      </w:r>
    </w:p>
    <w:p>
      <w:pPr>
        <w:pStyle w:val="Heading1"/>
      </w:pPr>
      <w:r>
        <w:t>Langues</w:t>
      </w:r>
    </w:p>
    <w:p>
      <w:r>
        <w:t>- Français : Courant</w:t>
        <w:br/>
        <w:t>- Anglais : Professionnel</w:t>
      </w:r>
    </w:p>
    <w:p>
      <w:pPr>
        <w:pStyle w:val="Heading1"/>
      </w:pPr>
      <w:r>
        <w:t>Projets &amp; Réalisations</w:t>
      </w:r>
    </w:p>
    <w:p>
      <w:r>
        <w:t>- Développement d’une plateforme d’analyse en temps réel de flux de données (Kafka + Spark Streaming).</w:t>
        <w:br/>
        <w:t>- Mise en œuvre d’un moteur de recommandation pour une plateforme e-commerce.</w:t>
        <w:br/>
        <w:t>- Participation à un hackathon sur l’IA appliquée à la santé (projet primé 🏆).</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